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A1A1A"/>
          <w:sz w:val="26"/>
        </w:rPr>
        <w:t xml:space="preserve">RESOLUTION OF THE BOARD OF DIRECTORS OF </w:t>
      </w:r>
      <w:r>
        <w:rPr>
          <w:b/>
          <w:i w:val="0"/>
          <w:color w:val="1A1A1A"/>
          <w:sz w:val="26"/>
          <w:highlight w:val="yellow"/>
        </w:rPr>
        <w:t>[COMPANY NAME]</w:t>
      </w:r>
    </w:p>
    <w:p>
      <w:pPr>
        <w:spacing w:after="120"/>
        <w:jc w:val="center"/>
      </w:pPr>
      <w:r>
        <w:rPr>
          <w:b w:val="0"/>
          <w:i w:val="0"/>
          <w:color w:val="5F6673"/>
          <w:sz w:val="19"/>
          <w:highlight w:val="yellow"/>
        </w:rPr>
        <w:t>[a [State/Country]</w:t>
      </w:r>
      <w:r>
        <w:rPr>
          <w:b w:val="0"/>
          <w:i w:val="0"/>
          <w:color w:val="5F6673"/>
          <w:sz w:val="19"/>
        </w:rPr>
        <w:t xml:space="preserve"> corporation]   ·   Resolution No. </w:t>
      </w:r>
      <w:r>
        <w:rPr>
          <w:b w:val="0"/>
          <w:i w:val="0"/>
          <w:color w:val="5F6673"/>
          <w:sz w:val="19"/>
          <w:highlight w:val="yellow"/>
        </w:rPr>
        <w:t>[YYYY-NN]</w:t>
      </w:r>
      <w:r>
        <w:rPr>
          <w:b w:val="0"/>
          <w:i w:val="0"/>
          <w:color w:val="5F6673"/>
          <w:sz w:val="19"/>
        </w:rPr>
        <w:t xml:space="preserve">   ·   Date: </w:t>
      </w:r>
      <w:r>
        <w:rPr>
          <w:b w:val="0"/>
          <w:i w:val="0"/>
          <w:color w:val="5F6673"/>
          <w:sz w:val="19"/>
          <w:highlight w:val="yellow"/>
        </w:rPr>
        <w:t>[date]</w:t>
      </w:r>
    </w:p>
    <w:p>
      <w:pPr>
        <w:spacing w:after="40" w:before="100"/>
      </w:pPr>
      <w:r>
        <w:rPr>
          <w:b/>
          <w:i w:val="0"/>
          <w:color w:val="1A1A1A"/>
          <w:sz w:val="18"/>
        </w:rPr>
        <w:t>ADOPTED BY (keep one option, delete the other)</w:t>
      </w:r>
    </w:p>
    <w:p>
      <w:pPr>
        <w:spacing w:after="40"/>
      </w:pPr>
      <w:r>
        <w:rPr>
          <w:b w:val="0"/>
          <w:i w:val="0"/>
        </w:rPr>
        <w:t xml:space="preserve">☐  Meeting held at </w:t>
      </w:r>
      <w:r>
        <w:rPr>
          <w:b w:val="0"/>
          <w:i w:val="0"/>
          <w:highlight w:val="yellow"/>
        </w:rPr>
        <w:t>[place / video conference]</w:t>
      </w:r>
      <w:r>
        <w:rPr>
          <w:b w:val="0"/>
          <w:i w:val="0"/>
        </w:rPr>
        <w:t xml:space="preserve">. Notice was </w:t>
      </w:r>
      <w:r>
        <w:rPr>
          <w:b w:val="0"/>
          <w:i w:val="0"/>
          <w:highlight w:val="yellow"/>
        </w:rPr>
        <w:t>[duly given / waived]</w:t>
      </w:r>
      <w:r>
        <w:rPr>
          <w:b w:val="0"/>
          <w:i w:val="0"/>
        </w:rPr>
        <w:t xml:space="preserve">. Directors present: </w:t>
      </w:r>
      <w:r>
        <w:rPr>
          <w:b w:val="0"/>
          <w:i w:val="0"/>
          <w:highlight w:val="yellow"/>
        </w:rPr>
        <w:t>[n]</w:t>
      </w:r>
      <w:r>
        <w:rPr>
          <w:b w:val="0"/>
          <w:i w:val="0"/>
        </w:rPr>
        <w:t xml:space="preserve"> of </w:t>
      </w:r>
      <w:r>
        <w:rPr>
          <w:b w:val="0"/>
          <w:i w:val="0"/>
          <w:highlight w:val="yellow"/>
        </w:rPr>
        <w:t>[total]</w:t>
      </w:r>
      <w:r>
        <w:rPr>
          <w:b w:val="0"/>
          <w:i w:val="0"/>
        </w:rPr>
        <w:t>. A quorum was present throughout.</w:t>
      </w:r>
    </w:p>
    <w:p>
      <w:pPr>
        <w:spacing w:after="40"/>
      </w:pPr>
      <w:r>
        <w:rPr>
          <w:b w:val="0"/>
          <w:i w:val="0"/>
        </w:rPr>
        <w:t xml:space="preserve">☐  Unanimous written consent of all directors, without a meeting, under </w:t>
      </w:r>
      <w:r>
        <w:rPr>
          <w:b w:val="0"/>
          <w:i w:val="0"/>
          <w:highlight w:val="yellow"/>
        </w:rPr>
        <w:t>[statutory reference, e.g. DGCL § 141(f)]</w:t>
      </w:r>
      <w:r>
        <w:rPr>
          <w:b w:val="0"/>
          <w:i w:val="0"/>
        </w:rPr>
        <w:t xml:space="preserve"> and the bylaws. Directors may sign separate copies, including electronically. Effective when the last director signs.</w:t>
      </w:r>
    </w:p>
    <w:p>
      <w:pPr>
        <w:spacing w:after="40"/>
      </w:pPr>
      <w:r>
        <w:rPr>
          <w:b w:val="0"/>
          <w:i w:val="0"/>
        </w:rPr>
        <w:t xml:space="preserve">Conflicts declared: </w:t>
      </w:r>
      <w:r>
        <w:rPr>
          <w:b w:val="0"/>
          <w:i w:val="0"/>
          <w:highlight w:val="yellow"/>
        </w:rPr>
        <w:t>[names and nature of interest, or "none"]</w:t>
      </w:r>
      <w:r>
        <w:rPr>
          <w:b w:val="0"/>
          <w:i w:val="0"/>
        </w:rPr>
        <w:t>. Conflicted directors did not vote.</w:t>
      </w:r>
    </w:p>
    <w:p>
      <w:pPr>
        <w:spacing w:after="40" w:before="100"/>
      </w:pPr>
      <w:r>
        <w:rPr>
          <w:b/>
          <w:i w:val="0"/>
          <w:color w:val="1A1A1A"/>
          <w:sz w:val="18"/>
        </w:rPr>
        <w:t>RESOLUTIONS</w:t>
      </w:r>
    </w:p>
    <w:p>
      <w:r>
        <w:rPr>
          <w:b w:val="0"/>
          <w:i w:val="0"/>
        </w:rPr>
        <w:t xml:space="preserve">WHEREAS, </w:t>
      </w:r>
      <w:r>
        <w:rPr>
          <w:b w:val="0"/>
          <w:i w:val="0"/>
          <w:highlight w:val="yellow"/>
        </w:rPr>
        <w:t>[fact establishing why the decision is needed]</w:t>
      </w:r>
      <w:r>
        <w:rPr>
          <w:b w:val="0"/>
          <w:i w:val="0"/>
        </w:rPr>
        <w:t>;</w:t>
      </w:r>
    </w:p>
    <w:p>
      <w:r>
        <w:rPr>
          <w:b w:val="0"/>
          <w:i w:val="0"/>
        </w:rPr>
        <w:t xml:space="preserve">WHEREAS, the Board has reviewed </w:t>
      </w:r>
      <w:r>
        <w:rPr>
          <w:b w:val="0"/>
          <w:i w:val="0"/>
          <w:highlight w:val="yellow"/>
        </w:rPr>
        <w:t>[documents relied on]</w:t>
      </w:r>
      <w:r>
        <w:rPr>
          <w:b w:val="0"/>
          <w:i w:val="0"/>
        </w:rPr>
        <w:t>;</w:t>
      </w:r>
    </w:p>
    <w:p>
      <w:r>
        <w:rPr>
          <w:b w:val="0"/>
          <w:i w:val="0"/>
        </w:rPr>
        <w:t xml:space="preserve">NOW, THEREFORE, BE IT RESOLVED, that </w:t>
      </w:r>
      <w:r>
        <w:rPr>
          <w:b w:val="0"/>
          <w:i w:val="0"/>
          <w:highlight w:val="yellow"/>
        </w:rPr>
        <w:t>[specific decision, naming persons, amounts, limits and effective date]</w:t>
      </w:r>
      <w:r>
        <w:rPr>
          <w:b w:val="0"/>
          <w:i w:val="0"/>
        </w:rPr>
        <w:t>;</w:t>
      </w:r>
    </w:p>
    <w:p>
      <w:r>
        <w:rPr>
          <w:b w:val="0"/>
          <w:i w:val="0"/>
        </w:rPr>
        <w:t xml:space="preserve">RESOLVED FURTHER, that </w:t>
      </w:r>
      <w:r>
        <w:rPr>
          <w:b w:val="0"/>
          <w:i w:val="0"/>
          <w:highlight w:val="yellow"/>
        </w:rPr>
        <w:t>[Officer Name]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yellow"/>
        </w:rPr>
        <w:t>[Title]</w:t>
      </w:r>
      <w:r>
        <w:rPr>
          <w:b w:val="0"/>
          <w:i w:val="0"/>
        </w:rPr>
        <w:t>, is authorized to execute all documents and take all actions necessary to carry out the foregoing resolutions.</w:t>
      </w:r>
    </w:p>
    <w:p>
      <w:pPr>
        <w:spacing w:after="40"/>
      </w:pPr>
      <w:r>
        <w:rPr>
          <w:b w:val="0"/>
          <w:i w:val="0"/>
        </w:rPr>
        <w:t xml:space="preserve">Vote (meeting only):  For </w:t>
      </w:r>
      <w:r>
        <w:rPr>
          <w:b w:val="0"/>
          <w:i w:val="0"/>
          <w:highlight w:val="yellow"/>
        </w:rPr>
        <w:t>[n]</w:t>
      </w:r>
      <w:r>
        <w:rPr>
          <w:b w:val="0"/>
          <w:i w:val="0"/>
        </w:rPr>
        <w:t xml:space="preserve">   ·   Against </w:t>
      </w:r>
      <w:r>
        <w:rPr>
          <w:b w:val="0"/>
          <w:i w:val="0"/>
          <w:highlight w:val="yellow"/>
        </w:rPr>
        <w:t>[n]</w:t>
      </w:r>
      <w:r>
        <w:rPr>
          <w:b w:val="0"/>
          <w:i w:val="0"/>
        </w:rPr>
        <w:t xml:space="preserve">   ·   Abstained </w:t>
      </w:r>
      <w:r>
        <w:rPr>
          <w:b w:val="0"/>
          <w:i w:val="0"/>
          <w:highlight w:val="yellow"/>
        </w:rPr>
        <w:t>[n]</w:t>
      </w:r>
    </w:p>
    <w:p>
      <w:pPr>
        <w:spacing w:after="40" w:before="100"/>
      </w:pPr>
      <w:r>
        <w:rPr>
          <w:b/>
          <w:i w:val="0"/>
          <w:color w:val="1A1A1A"/>
          <w:sz w:val="18"/>
        </w:rPr>
        <w:t>SECRETARY'S CERTIFICATION</w:t>
      </w:r>
    </w:p>
    <w:p>
      <w:r>
        <w:rPr>
          <w:b w:val="0"/>
          <w:i w:val="0"/>
        </w:rPr>
        <w:t xml:space="preserve">I, </w:t>
      </w:r>
      <w:r>
        <w:rPr>
          <w:b w:val="0"/>
          <w:i w:val="0"/>
          <w:highlight w:val="yellow"/>
        </w:rPr>
        <w:t>[Name]</w:t>
      </w:r>
      <w:r>
        <w:rPr>
          <w:b w:val="0"/>
          <w:i w:val="0"/>
        </w:rPr>
        <w:t xml:space="preserve">, Corporate Secretary of </w:t>
      </w:r>
      <w:r>
        <w:rPr>
          <w:b w:val="0"/>
          <w:i w:val="0"/>
          <w:highlight w:val="yellow"/>
        </w:rPr>
        <w:t>[Company Name]</w:t>
      </w:r>
      <w:r>
        <w:rPr>
          <w:b w:val="0"/>
          <w:i w:val="0"/>
        </w:rPr>
        <w:t xml:space="preserve">, certify that the foregoing resolutions were duly adopted by the Board of Directors on </w:t>
      </w:r>
      <w:r>
        <w:rPr>
          <w:b w:val="0"/>
          <w:i w:val="0"/>
          <w:highlight w:val="yellow"/>
        </w:rPr>
        <w:t>[date]</w:t>
      </w:r>
      <w:r>
        <w:rPr>
          <w:b w:val="0"/>
          <w:i w:val="0"/>
        </w:rPr>
        <w:t xml:space="preserve"> in accordance with the Company's bylaws and applicable law, have not been amended or rescinded, and remain in full force and effect.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before="280"/>
            </w:pPr>
            <w:r>
              <w:rPr>
                <w:b w:val="0"/>
                <w:i w:val="0"/>
                <w:sz w:val="19"/>
              </w:rPr>
              <w:t>______________________________   Date: ________</w:t>
            </w:r>
          </w:p>
        </w:tc>
        <w:tc>
          <w:tcPr>
            <w:tcW w:type="dxa" w:w="4824"/>
          </w:tcPr>
          <w:p>
            <w:pPr>
              <w:spacing w:before="280"/>
            </w:pPr>
            <w:r>
              <w:rPr>
                <w:b w:val="0"/>
                <w:i w:val="0"/>
                <w:sz w:val="19"/>
              </w:rPr>
              <w:t>______________________________   Date: ________</w:t>
            </w:r>
          </w:p>
        </w:tc>
      </w:tr>
      <w:tr>
        <w:tc>
          <w:tcPr>
            <w:tcW w:type="dxa" w:w="4824"/>
          </w:tcPr>
          <w:p>
            <w:r>
              <w:rPr>
                <w:b w:val="0"/>
                <w:i w:val="0"/>
                <w:sz w:val="18"/>
                <w:highlight w:val="yellow"/>
              </w:rPr>
              <w:t>[Name]</w:t>
            </w:r>
            <w:r>
              <w:rPr>
                <w:b w:val="0"/>
                <w:i w:val="0"/>
                <w:sz w:val="18"/>
              </w:rPr>
              <w:t>, Corporate Secretary</w:t>
            </w:r>
          </w:p>
        </w:tc>
        <w:tc>
          <w:tcPr>
            <w:tcW w:type="dxa" w:w="4824"/>
          </w:tcPr>
          <w:p>
            <w:r>
              <w:rPr>
                <w:b w:val="0"/>
                <w:i w:val="0"/>
                <w:sz w:val="18"/>
                <w:highlight w:val="yellow"/>
              </w:rPr>
              <w:t>[Name]</w:t>
            </w:r>
            <w:r>
              <w:rPr>
                <w:b w:val="0"/>
                <w:i w:val="0"/>
                <w:sz w:val="18"/>
              </w:rPr>
              <w:t>, Chair of the Board</w:t>
            </w:r>
          </w:p>
        </w:tc>
      </w:tr>
    </w:tbl>
    <w:p>
      <w:pPr>
        <w:spacing w:after="40" w:before="100"/>
      </w:pPr>
      <w:r>
        <w:rPr>
          <w:b/>
          <w:i w:val="0"/>
          <w:color w:val="1A1A1A"/>
          <w:sz w:val="18"/>
        </w:rPr>
        <w:t>IF ADOPTED BY WRITTEN CONSENT: ALL DIRECTORS SIGN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3216"/>
        <w:gridCol w:w="3216"/>
        <w:gridCol w:w="3216"/>
      </w:tblGrid>
      <w:tr>
        <w:tc>
          <w:tcPr>
            <w:tcW w:type="dxa" w:w="3600"/>
            <w:shd w:val="clear" w:color="auto" w:fill="F2F2F2"/>
          </w:tcPr>
          <w:p>
            <w:r>
              <w:rPr>
                <w:b/>
                <w:i w:val="0"/>
                <w:sz w:val="17"/>
              </w:rPr>
              <w:t>Director</w:t>
            </w:r>
          </w:p>
        </w:tc>
        <w:tc>
          <w:tcPr>
            <w:tcW w:type="dxa" w:w="4032"/>
            <w:shd w:val="clear" w:color="auto" w:fill="F2F2F2"/>
          </w:tcPr>
          <w:p>
            <w:r>
              <w:rPr>
                <w:b/>
                <w:i w:val="0"/>
                <w:sz w:val="17"/>
              </w:rPr>
              <w:t>Signature</w:t>
            </w:r>
          </w:p>
        </w:tc>
        <w:tc>
          <w:tcPr>
            <w:tcW w:type="dxa" w:w="2016"/>
            <w:shd w:val="clear" w:color="auto" w:fill="F2F2F2"/>
          </w:tcPr>
          <w:p>
            <w:r>
              <w:rPr>
                <w:b/>
                <w:i w:val="0"/>
                <w:sz w:val="17"/>
              </w:rPr>
              <w:t>Date</w:t>
            </w:r>
          </w:p>
        </w:tc>
      </w:tr>
      <w:tr>
        <w:tc>
          <w:tcPr>
            <w:tcW w:type="dxa" w:w="3600"/>
          </w:tcPr>
          <w:p>
            <w:pPr>
              <w:spacing w:after="100"/>
            </w:pPr>
            <w:r>
              <w:rPr>
                <w:b w:val="0"/>
                <w:i w:val="0"/>
                <w:sz w:val="18"/>
                <w:highlight w:val="yellow"/>
              </w:rPr>
              <w:t>[Director name]</w:t>
            </w:r>
          </w:p>
        </w:tc>
        <w:tc>
          <w:tcPr>
            <w:tcW w:type="dxa" w:w="4032"/>
          </w:tcPr>
          <w:p>
            <w:pPr>
              <w:spacing w:after="100"/>
            </w:pPr>
          </w:p>
        </w:tc>
        <w:tc>
          <w:tcPr>
            <w:tcW w:type="dxa" w:w="2016"/>
          </w:tcPr>
          <w:p>
            <w:pPr>
              <w:spacing w:after="100"/>
            </w:pPr>
          </w:p>
        </w:tc>
      </w:tr>
      <w:tr>
        <w:tc>
          <w:tcPr>
            <w:tcW w:type="dxa" w:w="3600"/>
          </w:tcPr>
          <w:p>
            <w:pPr>
              <w:spacing w:after="100"/>
            </w:pPr>
            <w:r>
              <w:rPr>
                <w:b w:val="0"/>
                <w:i w:val="0"/>
                <w:sz w:val="18"/>
                <w:highlight w:val="yellow"/>
              </w:rPr>
              <w:t>[Director name]</w:t>
            </w:r>
          </w:p>
        </w:tc>
        <w:tc>
          <w:tcPr>
            <w:tcW w:type="dxa" w:w="4032"/>
          </w:tcPr>
          <w:p>
            <w:pPr>
              <w:spacing w:after="100"/>
            </w:pPr>
          </w:p>
        </w:tc>
        <w:tc>
          <w:tcPr>
            <w:tcW w:type="dxa" w:w="2016"/>
          </w:tcPr>
          <w:p>
            <w:pPr>
              <w:spacing w:after="100"/>
            </w:pPr>
          </w:p>
        </w:tc>
      </w:tr>
      <w:tr>
        <w:tc>
          <w:tcPr>
            <w:tcW w:type="dxa" w:w="3600"/>
          </w:tcPr>
          <w:p>
            <w:pPr>
              <w:spacing w:after="100"/>
            </w:pPr>
            <w:r>
              <w:rPr>
                <w:b w:val="0"/>
                <w:i w:val="0"/>
                <w:sz w:val="18"/>
                <w:highlight w:val="yellow"/>
              </w:rPr>
              <w:t>[Director name]</w:t>
            </w:r>
          </w:p>
        </w:tc>
        <w:tc>
          <w:tcPr>
            <w:tcW w:type="dxa" w:w="4032"/>
          </w:tcPr>
          <w:p>
            <w:pPr>
              <w:spacing w:after="100"/>
            </w:pPr>
          </w:p>
        </w:tc>
        <w:tc>
          <w:tcPr>
            <w:tcW w:type="dxa" w:w="2016"/>
          </w:tcPr>
          <w:p>
            <w:pPr>
              <w:spacing w:after="100"/>
            </w:pPr>
          </w:p>
        </w:tc>
      </w:tr>
      <w:tr>
        <w:tc>
          <w:tcPr>
            <w:tcW w:type="dxa" w:w="3600"/>
          </w:tcPr>
          <w:p>
            <w:pPr>
              <w:spacing w:after="100"/>
            </w:pPr>
            <w:r>
              <w:rPr>
                <w:b w:val="0"/>
                <w:i w:val="0"/>
                <w:sz w:val="18"/>
                <w:highlight w:val="yellow"/>
              </w:rPr>
              <w:t>[Director name]</w:t>
            </w:r>
          </w:p>
        </w:tc>
        <w:tc>
          <w:tcPr>
            <w:tcW w:type="dxa" w:w="4032"/>
          </w:tcPr>
          <w:p>
            <w:pPr>
              <w:spacing w:after="100"/>
            </w:pPr>
          </w:p>
        </w:tc>
        <w:tc>
          <w:tcPr>
            <w:tcW w:type="dxa" w:w="2016"/>
          </w:tcPr>
          <w:p>
            <w:pPr>
              <w:spacing w:after="100"/>
            </w:pPr>
          </w:p>
        </w:tc>
      </w:tr>
    </w:tbl>
    <w:p>
      <w:pPr>
        <w:spacing w:after="0" w:before="60"/>
      </w:pPr>
      <w:r>
        <w:rPr>
          <w:b w:val="0"/>
          <w:i/>
          <w:color w:val="5F6673"/>
          <w:sz w:val="16"/>
        </w:rPr>
        <w:t>Add rows so every director in office is listed. File this resolution with the minutes.</w:t>
      </w:r>
    </w:p>
    <w:sectPr w:rsidR="00FC693F" w:rsidRPr="0006063C" w:rsidSect="00034616">
      <w:footerReference w:type="default" r:id="rId9"/>
      <w:pgSz w:w="12240" w:h="15840"/>
      <w:pgMar w:top="864" w:right="1296" w:bottom="864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F6673"/>
        <w:sz w:val="14"/>
      </w:rPr>
      <w:t>Replace every highlighted placeholder. General information only, not legal advice: check the wording against your bylaws and applicable law.  ·  © 2026 DiliTrust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 w:eastAsia="Aptos" w:cs="Aptos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